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46"/>
          <w:rtl w:val="1"/>
        </w:rPr>
        <w:t>محمد أديب توّيل</w:t>
      </w:r>
    </w:p>
    <w:p>
      <w:pPr>
        <w:spacing w:after="200"/>
        <w:ind w:right="0" w:left="0"/>
        <w:jc w:val="right"/>
        <w:bidi w:val="1"/>
      </w:pPr>
      <w:r>
        <w:rPr>
          <w:rFonts w:ascii="Arial" w:hAnsi="Arial" w:cs="Arial"/>
          <w:b/>
          <w:color w:val="475569"/>
          <w:sz w:val="25"/>
          <w:rtl w:val="1"/>
        </w:rPr>
        <w:t>مطوّر Flutter | مهندس تطبيقات موبايل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البريد الإلكتروني: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mohamad.adib.tawil@gmail.com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الهاتف: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+963 992 688 759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الموقع: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عن بُعد (سوريا، UTC+3)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LinkedIn: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</w:t>
      </w:r>
      <w:hyperlink r:id="rId10">
        <w:r>
          <w:rPr>
            <w:color w:val="1D4ED8"/>
            <w:u w:val="single"/>
          </w:rPr>
          <w:t>https://www.linkedin.com/in/mohamad-adib-tawil-54024b314/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GitHub: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</w:t>
      </w:r>
      <w:hyperlink r:id="rId11">
        <w:r>
          <w:rPr>
            <w:color w:val="1D4ED8"/>
            <w:u w:val="single"/>
          </w:rPr>
          <w:t>https://github.com/Mohamad-Adib-Tawil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الملف المهني: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</w:t>
      </w:r>
      <w:hyperlink r:id="rId12">
        <w:r>
          <w:rPr>
            <w:color w:val="1D4ED8"/>
            <w:u w:val="single"/>
          </w:rPr>
          <w:t>https://mohamad-adib-tawil.github.io/CV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الحالة: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متاح للعمل الحر والعقود والدوام الكامل (عن بُعد)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الملخص المهني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Flutter بخبرة 4 سنوات في تصميم وبناء ونشر تطبيقات موبايل إنتاجية على Google Play وApp Store — من بينها منصة صوت اجتماعي حيّة تجاوزت 5,000 تنزيل. متخصص في Clean Architecture وإدارة الحالة بـ BLoC/Cubit وأنظمة offline-first، مع خبرة عميقة في الصوت/الدردشة اللحظية (ZEGOCLOUD وLiveKit وWebSockets)، ومعالجة OCR على الجهاز، والتكامل مع خدمات خلفية متعددة (Supabase وFirebase وAppwrite). يمتلك دورة الحياة الكاملة للموبايل: المتطلبات، المعمارية، الواجهات، تكامل الخلفية، ضبط الأداء، والنشر على المتاجر. مدعوم بأساس في هندسة البرمجيات: تحليل الأنظمة، قواعد البيانات، الخوارزميات، والبرمجة كائنية التوجه.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المهارات التقنية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اللغات البرمجية: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Dart، SQL، C# (أكاديمي)، Kotlin (أساسي)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الموبايل والواجهات: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Flutter، Material 3، Android، iOS، واجهات تكيّفية، RTL وتعريب (عربي/إنجليزي)، تحسين الصور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المعمارية وإدارة الحالة: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Clean Architecture، SOLID، MVVM، وحدات feature-based، BLoC، Cubit، Provider، GetIt، Injectable، Freezed، dartz/Either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الخلفية والـ APIs: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REST، Dio (interceptors، إعادة المحاولة)، WebSockets، Supabase (PostgreSQL، Auth، Realtime، Storage، RLS)، Firebase (Auth، FCM، Analytics، Crashlytics)، Appwrite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الوقت الحقيقي والوسائط: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ZEGOCLOUD (ZegoExpress)، LiveKit، ZIM، just_audio، audio_session، رسوم SVGA/VAP، background_downloader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التخزين ودون اتصال: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Hive، SQLite (sqflite)، تخزين آمن، تخزين offline-first، ترقيم، stale-while-revalidate، أخطاء typed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ML والمستندات: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Google ML Kit، Tesseract OCR، TFLite، إنشاء/تعديل PDF، طباعة، بحث نصي كامل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الإصدار والجودة: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App flavors، ProGuard/R8، Crashlytics، تخزين آمن، بيئات منفصلة، isolates ومهام خلفية، مشتريات داخل التطبيق، نشر على Google Play وApp Store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التنقّل والأدوات: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GoRouter، Git، GitHub، Postman، Figma، build_runner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الخبرة العملية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Flutter — مستقل وعقود (عن بُعد)                       07/2022 – حتى الآن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صممت وأطلقت أكثر من 5 تطبيقات Flutter إنتاجية من الصفر حتى النشر في مجالات الصوت الاجتماعي والمتاجر وإدارة المستندات والمحتوى — مع التحكم الكامل بالمعمارية وإدارة الحالة وتكامل الخلفية والأداء والنشر على Google Play وApp Store.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منصة صوت اجتماعي لحظية (LKLK) مصمّمة لتحمّل 500 مستمع و20 مقعد ميكروفون في الغرفة الواحدة، مع تكامل SDK صوت مزدوج (ZEGOCLOUD + LiveKit) وثلاثة قنوات لحظية متزامنة (Appwrite Realtime وWebSockets وZIM) مع منطق إعادة اتصال لكل قناة — تجاوز التطبيق 5,000 تنزيل.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صممت منظومة تحقيق الدخل والتفاعل: مشتريات داخل التطبيق (6 باقات عملات)، محرّك رسوم هدايا SVGA/VAP بسعة 8 رسوم متزامنة وفاصل طابور أقل من 100 ms، ونظام VIP وتحفيز متدرّج.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سلّمت سوق سيارات ثنائي اللغة (Wolfera) على Supabase (PostgreSQL مع Row-Level Security، مصادقة مع Google/Apple SSO، محادثة لحظية، تخزين)، مع فلترة NSFW على الجهاز بـ TFLite، وتنبيهات FCM عند انخفاض الأسعار، وبحث متقدم بأكثر من 15 فلتراً مع تمرير لانهائي.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ماسح مستندات offline-first (Office Archiving) بخط OCR مزدوج المحرّك (Google ML Kit + Tesseract) للعربية/الإنجليزية — متعدد الاتجاهات، معالجة مسبقة، اختيار أفضل نتيجة — إضافةً لمجموعة أدوات PDF كاملة وبحث نصي في SQLite، كل ذلك على الجهاز بلا خادم.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وحّدت أسلوب الهندسة عبر جميع التطبيقات: Clean Architecture مع وحدات feature-based وBLoC/Cubit وGetIt/Injectable، معالجة أخطاء typed Either، تخزين offline-first مع ترقيم وإعادة محاولة أُسّية 3 مرات، وisolates ومهام خلفية لـ OCR وPDF والصوت.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حصّنت الإصدارات بـ app flavors وProGuard/R8 وتخزين آمن وبيئات منفصلة وفلترة أعطال Crashlytics؛ نشرت وصنت التطبيقات على Google Play وApple App Store.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Android (Kotlin) — مشاريع جامعية ومستقلة                              2022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تطبيق "أنا مبرمج": مسارات تعلّم لـ 8 لغات برمجية، كونسول تنفيذ أكواد عبر WebView، واختبارات تلقائية بتصحيح ذاتي.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مشروع التخرج: منصة تعليمية برمجية بكورسات ومقالات وأمثلة أكواد قابلة للتنفيذ.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تطبيقات ويندوز (Windows Forms) — مشاريع جامعية                 2021 – 2022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سلّمت نظامَي إدارة مستودعات (كلية الصيدلة؛ كلية العلوم / قسم الكيمياء) — كلاهما حصل على شكر من العميد المختص، والأخير على شكر إضافي من رئاسة جامعة حلب.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أبرز المشاريع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LKLK — منصة صوت اجتماعي لحظية (إنتاجي، Google Play)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GetIt · ZEGOCLOUD · LiveKit · ZIM · Appwrite · Dio · Hive · in_app_purchase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تطبيق صوت اجتماعي حيّ للسوق العربي (فئة Clubhouse/Yalla)، مصمّم لـ 500 مستمع و20 مقعد ميكروفون — تجاوز 5,000 تنزيل عبر أكثر من 80 إصداراً متتالياً.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دمجت SDK صوت مزدوج (ZEGOCLOUD ZegoExpress + LiveKit) خلف واجهة AudioRepository، مما يجعل التبديل بين SDK مجرد تغيير في الـ DI لا إعادة كتابة.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محرّك هدايا افتراضية (SVGA + VAP بقناة ألفا) بمدير طابور محدود بـ 8 رسوم متزامنة وتحميل مسبق للأصول — ما يمنع انخفاض معدل الإطارات خلال موجات الهدايا.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طبّقت اقتصاد عملات (6 باقات IAP) ونظام VIP وتحفيزاً متدرّجاً على Clean Architecture مع GetIt وMultiBlocProvider عالمي.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3">
        <w:r>
          <w:rPr>
            <w:color w:val="1D4ED8"/>
            <w:u w:val="single"/>
          </w:rPr>
          <w:t>https://play.google.com/store/apps/details?id=com.bwmatbw.lklklivechatapp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Wolfera — سوق سيارات ثنائي اللغة (إنتاجي، Google Play + iOS)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Supabase · Firebase (FCM/Crashlytics) · BLoC/Cubit · GoRouter · GetIt + Injectable · Freezed · TFLite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سوقاً كاملاً بالعربية والإنجليزية لشراء وبيع وتأجير السيارات (6 فئات تسعير للإيجار)، مع سير عمل موافقة إدارية مدعوم بـ Supabase Postgres Row-Level Security — إشراف على المحتوى بلا لوحة إدارة مستقلة.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طبّقت مصادقة متعددة المزوّدين (بريد إلكتروني، Google، Apple Sign-In مع SHA-256 nonce) عبر Supabase، ومحادثة لحظية بين المشتري والبائع عبر Supabase Realtime — بلا SDK رسائل خارجي.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فلترة NSFW على الجهاز بـ TFLite بتصميم fail-open، وتنبيهات FCM مستهدفة تقارن 6 حقول أسعار وتُعلم فقط المستخدمين الذين أضافوا السيارة للمفضلة.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GitHub:     </w:t>
      </w:r>
      <w:hyperlink r:id="rId14">
        <w:r>
          <w:rPr>
            <w:color w:val="1D4ED8"/>
            <w:u w:val="single"/>
          </w:rPr>
          <w:t>https://github.com/Mohamad-Adib-Tawil/Wolfera</w:t>
        </w:r>
      </w:hyperlink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5">
        <w:r>
          <w:rPr>
            <w:color w:val="1D4ED8"/>
            <w:u w:val="single"/>
          </w:rPr>
          <w:t>https://play.google.com/store/apps/details?id=com.wolfera.wolfera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Office Archiving — ماسح مستندات وOCR دون اتصال (إنتاجي، Google Play)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SQLite (sqflite) · Google ML Kit · Tesseract OCR · pdf · printing · flutter_doc_scanner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مدير مستندات كامل على الجهاز (بلا حساب، بلا سحابة) بمحرّك OCR متعدد المرشّحين: يشغّل ML Kit وTesseract على 4 اتجاهات و3 متغيرات معالجة مسبقة، ثم يسجّل ويختار الأفضل — استخراج موثوق من المستندات المختلطة عربياً وإنجليزياً.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مجموعة أدوات PDF كاملة (إنشاء، تعديل، تدوير/إعادة ترتيب، علامة مائية، توقيع على canvas، حماية بكلمة سر) وبحثاً نصياً كاملاً في SQLite على نصوص OCR.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صمّمت معالجة PDF آمنة من الذاكرة (حدود صفحات/دقة/حجم + تحويل نقطي متدفق) تصمد أمام الملفات الكبيرة على أجهزة Android متوسطة، وترقيات SQLite إضافية فقط لا تكسر المستخدمين الحاليين أبداً.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GitHub:     </w:t>
      </w:r>
      <w:hyperlink r:id="rId16">
        <w:r>
          <w:rPr>
            <w:color w:val="1D4ED8"/>
            <w:u w:val="single"/>
          </w:rPr>
          <w:t>https://github.com/Mohamad-Adib-Tawil/office_archiving</w:t>
        </w:r>
      </w:hyperlink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7">
        <w:r>
          <w:rPr>
            <w:color w:val="1D4ED8"/>
            <w:u w:val="single"/>
          </w:rPr>
          <w:t>https://play.google.com/store/apps/details?id=com.werewolf.office_archiving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قرآن أحمد كراسي — تطبيق قرآن للقراءة والصوت (إنتاجي، iOS + Android)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GetIt · just_audio · audio_session · background_downloader · quran_library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منشور على App Store وGoogle Play — تطبيق قراءة وصوت يعمل دون اتصال مع تنقّل بالسور/الأجزاء/الأحزاب ومركز دراسة شخصي.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صمّمت آلة حالة صوت صريحة (enum بـ 8 مراحل فوق تدفقات just_audio) مع إدارة تركيز الصوت في نظام التشغيل، وسرعة/تكرار/مؤقت نوم، وبقاء مرحلة مستقر أثناء التحميل المؤقت — بلا ارتجاج في الواجهة.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حسّنت إعادة البناء بـ buildWhen/BlocSelector تجاه تدفقات الموضع عالية التردد، وأضفت فحص HTTPS وقائمة نطاقات مسموح بها على كل رابط صوت.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App Store: </w:t>
      </w:r>
      <w:hyperlink r:id="rId18">
        <w:r>
          <w:rPr>
            <w:color w:val="1D4ED8"/>
            <w:u w:val="single"/>
          </w:rPr>
          <w:t>https://apps.apple.com/app/id6759857104</w:t>
        </w:r>
      </w:hyperlink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9">
        <w:r>
          <w:rPr>
            <w:color w:val="1D4ED8"/>
            <w:u w:val="single"/>
          </w:rPr>
          <w:t>https://play.google.com/store/apps/details?id=com.ahmadkarasi.quran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Code Book — مكتبة رقمية دون اتصال (مرجع Clean Architecture)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Dio · Google Books API · Hive · GetIt · GoRouter · WebView · dartz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تطبيق اكتشاف كتب متعدد الأنظمة على معمارية نظيفة صارمة بـ 3 طبقات مع قاعدة عامة UseCase&lt;Result, Param&gt; وأخطاء typed عبر dartz Either.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تخزين Hive offline-first (صناديق معزولة لكل فئة × ترتيب) لإقلاع فوري؛ كل طلب شبكي يُعاد 3 مرات بإعادة محاولة أُسّية.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بحث مُأخَّر (400 ms) مع فلاتر متعددة الأبعاد وتمرير لانهائي، وقارئ WebView داخلي مع فرض HTTPS على كل إعادة توجيه.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GitHub: </w:t>
      </w:r>
      <w:hyperlink r:id="rId20">
        <w:r>
          <w:rPr>
            <w:color w:val="1D4ED8"/>
            <w:u w:val="single"/>
          </w:rPr>
          <w:t>https://github.com/Mohamad-Adib-Tawil/Code-Books-</w:t>
        </w:r>
      </w:hyperlink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التعليم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دبلوم (سنتان) في هندسة الحاسبات — التخصص: هندسة البرمجيات جامعة حلب، حلب، سوريا | 2020 – 2022 | المعدل: 82.89%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المواد: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هياكل البيانات، الخوارزميات، OOP، قواعد البيانات، هندسة البرمجيات، C#.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مشروع التخرج: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منصة تعليمية على غرار Udemy (ويب، ويندوز، وموبايل) لتعليم البرمجة.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اللغات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العربية — لغة أم     |     الإنجليزية — كفاءة مهنية في العمل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right="0" w:left="0"/>
      <w:jc w:val="right"/>
      <w:bidi w:val="1"/>
    </w:pPr>
    <w:r>
      <w:rPr>
        <w:rFonts w:ascii="Arial" w:hAnsi="Arial" w:cs="Arial"/>
        <w:b w:val="0"/>
        <w:color w:val="475569"/>
        <w:sz w:val="17"/>
        <w:rtl w:val="1"/>
      </w:rPr>
      <w:t>Mohamad Adib Tawil  • 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cs="Arial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E40A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1E40A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1E40A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76" w:lineRule="auto"/>
      <w:ind w:left="490" w:hanging="259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linkedin.com/in/mohamad-adib-tawil-54024b314/" TargetMode="External"/><Relationship Id="rId11" Type="http://schemas.openxmlformats.org/officeDocument/2006/relationships/hyperlink" Target="https://github.com/Mohamad-Adib-Tawil" TargetMode="External"/><Relationship Id="rId12" Type="http://schemas.openxmlformats.org/officeDocument/2006/relationships/hyperlink" Target="https://mohamad-adib-tawil.github.io/CV" TargetMode="External"/><Relationship Id="rId13" Type="http://schemas.openxmlformats.org/officeDocument/2006/relationships/hyperlink" Target="https://play.google.com/store/apps/details?id=com.bwmatbw.lklklivechatapp" TargetMode="External"/><Relationship Id="rId14" Type="http://schemas.openxmlformats.org/officeDocument/2006/relationships/hyperlink" Target="https://github.com/Mohamad-Adib-Tawil/Wolfera" TargetMode="External"/><Relationship Id="rId15" Type="http://schemas.openxmlformats.org/officeDocument/2006/relationships/hyperlink" Target="https://play.google.com/store/apps/details?id=com.wolfera.wolfera" TargetMode="External"/><Relationship Id="rId16" Type="http://schemas.openxmlformats.org/officeDocument/2006/relationships/hyperlink" Target="https://github.com/Mohamad-Adib-Tawil/office_archiving" TargetMode="External"/><Relationship Id="rId17" Type="http://schemas.openxmlformats.org/officeDocument/2006/relationships/hyperlink" Target="https://play.google.com/store/apps/details?id=com.werewolf.office_archiving" TargetMode="External"/><Relationship Id="rId18" Type="http://schemas.openxmlformats.org/officeDocument/2006/relationships/hyperlink" Target="https://apps.apple.com/app/id6759857104" TargetMode="External"/><Relationship Id="rId19" Type="http://schemas.openxmlformats.org/officeDocument/2006/relationships/hyperlink" Target="https://play.google.com/store/apps/details?id=com.ahmadkarasi.quran" TargetMode="External"/><Relationship Id="rId20" Type="http://schemas.openxmlformats.org/officeDocument/2006/relationships/hyperlink" Target="https://github.com/Mohamad-Adib-Tawil/Code-Book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محمد أديب توّيل - مطوّر Flutter | مهندس تطبيقات موبايل</dc:title>
  <dc:subject>Professional CV</dc:subject>
  <dc:creator>Mohamad Adib Tawil</dc:creator>
  <cp:keywords>Flutter, Dart, Software Engineer, Mobile Developer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