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Arial" w:hAnsi="Arial" w:cs="Arial"/>
          <w:b/>
          <w:color w:val="1E40AF"/>
          <w:sz w:val="46"/>
        </w:rPr>
        <w:t>MOHAMAD ADIB TAWIL</w:t>
      </w:r>
    </w:p>
    <w:p>
      <w:pPr>
        <w:spacing w:after="200"/>
        <w:jc w:val="left"/>
      </w:pPr>
      <w:r>
        <w:rPr>
          <w:rFonts w:ascii="Arial" w:hAnsi="Arial" w:cs="Arial"/>
          <w:b/>
          <w:color w:val="475569"/>
          <w:sz w:val="25"/>
        </w:rPr>
        <w:t>Flutter Developer | Mobile Application Engineer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Email:</w:t>
      </w:r>
      <w:r>
        <w:rPr>
          <w:rFonts w:ascii="Arial" w:hAnsi="Arial" w:cs="Arial"/>
          <w:b w:val="0"/>
          <w:color w:val="0F172A"/>
          <w:sz w:val="22"/>
        </w:rPr>
        <w:t xml:space="preserve">     mohamad.adib.tawil@gmail.com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Phone:</w:t>
      </w:r>
      <w:r>
        <w:rPr>
          <w:rFonts w:ascii="Arial" w:hAnsi="Arial" w:cs="Arial"/>
          <w:b w:val="0"/>
          <w:color w:val="0F172A"/>
          <w:sz w:val="22"/>
        </w:rPr>
        <w:t xml:space="preserve">     +963 992 688 759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Location:</w:t>
      </w:r>
      <w:r>
        <w:rPr>
          <w:rFonts w:ascii="Arial" w:hAnsi="Arial" w:cs="Arial"/>
          <w:b w:val="0"/>
          <w:color w:val="0F172A"/>
          <w:sz w:val="22"/>
        </w:rPr>
        <w:t xml:space="preserve">  Remote (Syria, UTC+3)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LinkedIn:</w:t>
      </w:r>
      <w:r>
        <w:rPr>
          <w:rFonts w:ascii="Arial" w:hAnsi="Arial" w:cs="Arial"/>
          <w:b w:val="0"/>
          <w:color w:val="0F172A"/>
          <w:sz w:val="22"/>
        </w:rPr>
        <w:t xml:space="preserve">  </w:t>
      </w:r>
      <w:hyperlink r:id="rId10">
        <w:r>
          <w:rPr>
            <w:color w:val="1D4ED8"/>
            <w:u w:val="single"/>
          </w:rPr>
          <w:t>https://www.linkedin.com/in/mohamad-adib-tawil-54024b314/</w:t>
        </w:r>
      </w:hyperlink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GitHub:</w:t>
      </w:r>
      <w:r>
        <w:rPr>
          <w:rFonts w:ascii="Arial" w:hAnsi="Arial" w:cs="Arial"/>
          <w:b w:val="0"/>
          <w:color w:val="0F172A"/>
          <w:sz w:val="22"/>
        </w:rPr>
        <w:t xml:space="preserve">    </w:t>
      </w:r>
      <w:hyperlink r:id="rId11">
        <w:r>
          <w:rPr>
            <w:color w:val="1D4ED8"/>
            <w:u w:val="single"/>
          </w:rPr>
          <w:t>https://github.com/Mohamad-Adib-Tawil</w:t>
        </w:r>
      </w:hyperlink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Portfolio:</w:t>
      </w:r>
      <w:r>
        <w:rPr>
          <w:rFonts w:ascii="Arial" w:hAnsi="Arial" w:cs="Arial"/>
          <w:b w:val="0"/>
          <w:color w:val="0F172A"/>
          <w:sz w:val="22"/>
        </w:rPr>
        <w:t xml:space="preserve"> </w:t>
      </w:r>
      <w:hyperlink r:id="rId12">
        <w:r>
          <w:rPr>
            <w:color w:val="1D4ED8"/>
            <w:u w:val="single"/>
          </w:rPr>
          <w:t>https://mohamad-adib-tawil.github.io/CV</w:t>
        </w:r>
      </w:hyperlink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Status:</w:t>
      </w:r>
      <w:r>
        <w:rPr>
          <w:rFonts w:ascii="Arial" w:hAnsi="Arial" w:cs="Arial"/>
          <w:b w:val="0"/>
          <w:color w:val="0F172A"/>
          <w:sz w:val="22"/>
        </w:rPr>
        <w:t xml:space="preserve">    Open to Freelance, Contract &amp; Full-time (Remote)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PROFESSIONAL SUMMARY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Flutter developer with 4 years designing, building, and shipping production mobile apps to Google Play and the App Store — including a live social-audio platform that surpassed 5,000+ downloads. Specialized in Clean Architecture, BLoC/Cubit state management, and offline-first systems, with deep hands-on work in real-time audio/chat (ZEGOCLOUD, LiveKit, WebSockets), on-device ML/OCR, and multi-backend integration (Supabase, Firebase, Appwrite). Owns the full mobile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lifecycle end-to-end:</w:t>
      </w:r>
      <w:r>
        <w:rPr>
          <w:rFonts w:ascii="Arial" w:hAnsi="Arial" w:cs="Arial"/>
          <w:b w:val="0"/>
          <w:color w:val="0F172A"/>
          <w:sz w:val="22"/>
        </w:rPr>
        <w:t xml:space="preserve"> requirements, architecture, UI, backend integration, performance tuning, and store release. Grounded in a software-engineering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foundation:</w:t>
      </w:r>
      <w:r>
        <w:rPr>
          <w:rFonts w:ascii="Arial" w:hAnsi="Arial" w:cs="Arial"/>
          <w:b w:val="0"/>
          <w:color w:val="0F172A"/>
          <w:sz w:val="22"/>
        </w:rPr>
        <w:t xml:space="preserve"> systems analysis, databases, algorithms, and OOP.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TECHNICAL SKILLS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Languages:</w:t>
      </w:r>
      <w:r>
        <w:rPr>
          <w:rFonts w:ascii="Arial" w:hAnsi="Arial" w:cs="Arial"/>
          <w:b w:val="0"/>
          <w:color w:val="0F172A"/>
          <w:sz w:val="22"/>
        </w:rPr>
        <w:t xml:space="preserve">           Dart, SQL, C# (academic), Kotlin (basic)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Mobile &amp; UI:</w:t>
      </w:r>
      <w:r>
        <w:rPr>
          <w:rFonts w:ascii="Arial" w:hAnsi="Arial" w:cs="Arial"/>
          <w:b w:val="0"/>
          <w:color w:val="0F172A"/>
          <w:sz w:val="22"/>
        </w:rPr>
        <w:t xml:space="preserve">         Flutter, Material 3, Android, iOS, responsive UI, RTL &amp; localization (AR/EN), image optimization Architecture &amp;       Clean Architecture, SOLID, MVVM, feature-based modules,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State:</w:t>
      </w:r>
      <w:r>
        <w:rPr>
          <w:rFonts w:ascii="Arial" w:hAnsi="Arial" w:cs="Arial"/>
          <w:b w:val="0"/>
          <w:color w:val="0F172A"/>
          <w:sz w:val="22"/>
        </w:rPr>
        <w:t xml:space="preserve">               BLoC, Cubit, Provider, GetIt, Injectable, Freezed, dartz/Either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Backend &amp; APIs:</w:t>
      </w:r>
      <w:r>
        <w:rPr>
          <w:rFonts w:ascii="Arial" w:hAnsi="Arial" w:cs="Arial"/>
          <w:b w:val="0"/>
          <w:color w:val="0F172A"/>
          <w:sz w:val="22"/>
        </w:rPr>
        <w:t xml:space="preserve">      REST, Dio (interceptors, retry/backoff), WebSockets, Supabase (PostgreSQL, Auth, Realtime, Storage, RLS), Firebase (Auth, FCM, Analytics, Crashlytics), Appwrite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Real-time &amp; Media:</w:t>
      </w:r>
      <w:r>
        <w:rPr>
          <w:rFonts w:ascii="Arial" w:hAnsi="Arial" w:cs="Arial"/>
          <w:b w:val="0"/>
          <w:color w:val="0F172A"/>
          <w:sz w:val="22"/>
        </w:rPr>
        <w:t xml:space="preserve">   ZEGOCLOUD (ZegoExpress), LiveKit, ZIM, just_audio, audio_session, SVGA/VAP animation, background_downloader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Storage &amp; Offline:</w:t>
      </w:r>
      <w:r>
        <w:rPr>
          <w:rFonts w:ascii="Arial" w:hAnsi="Arial" w:cs="Arial"/>
          <w:b w:val="0"/>
          <w:color w:val="0F172A"/>
          <w:sz w:val="22"/>
        </w:rPr>
        <w:t xml:space="preserve">   Hive, SQLite (sqflite), secure storage, offline-first caching, pagination, stale-while-revalidate, typed failures On-device ML &amp;       Google ML Kit, Tesseract OCR, TFLite, PDF generation/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Documents:</w:t>
      </w:r>
      <w:r>
        <w:rPr>
          <w:rFonts w:ascii="Arial" w:hAnsi="Arial" w:cs="Arial"/>
          <w:b w:val="0"/>
          <w:color w:val="0F172A"/>
          <w:sz w:val="22"/>
        </w:rPr>
        <w:t xml:space="preserve">           editing, printing, full-text search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Release &amp; Quality:</w:t>
      </w:r>
      <w:r>
        <w:rPr>
          <w:rFonts w:ascii="Arial" w:hAnsi="Arial" w:cs="Arial"/>
          <w:b w:val="0"/>
          <w:color w:val="0F172A"/>
          <w:sz w:val="22"/>
        </w:rPr>
        <w:t xml:space="preserve">   App flavors, ProGuard/R8, Crashlytics, secure storage, environment separation, isolates &amp; background tasks, in-app purchases, Google Play &amp; App Store publishing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Navigation &amp; Tools:</w:t>
      </w:r>
      <w:r>
        <w:rPr>
          <w:rFonts w:ascii="Arial" w:hAnsi="Arial" w:cs="Arial"/>
          <w:b w:val="0"/>
          <w:color w:val="0F172A"/>
          <w:sz w:val="22"/>
        </w:rPr>
        <w:t xml:space="preserve">  GoRouter, Git, GitHub, Postman, Figma, build_runner / codegen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WORK EXPERIENCE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Flutter Developer — Independent &amp; Contract (Remote)            07/2022 – Present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Designed and shipped 5+ production Flutter apps end-to-end across social-audio, marketplace, document-management, and content domains — owning architecture, state management, backend integration, performance, and store release on Google Play and the App Store.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a real-time social-audio platform (LKLK) architected for up to 500 listeners and 20 mic seats per room, integrating dual audio SDKs (ZEGOCLOUD + LiveKit) and three concurrent realtime channels (Appwrite Realtime, WebSockets, ZIM) with per-channel reconnect and exponential backoff; app surpassed 5,000+ downloads.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Engineered the app's monetization and engagement stack: in-app purchases (6 coin tiers), an SVGA/VAP virtual-gift animation engine (concurrency-capped at 8, sub-100 ms queue interval), VIP tiers, and gamified progression.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Delivered a bilingual (AR/EN) car marketplace (Wolfera) on Supabase (PostgreSQL with Row-Level Security, Auth + Google/Apple SSO, Realtime chat, Storage), with on-device TFLite image moderation, FCM price-drop alerts, and advanced search across 15+ filters with infinite scroll.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an offline-first document scanner (Office Archiving) with a dual-engine OCR pipeline (Google ML Kit + Tesseract) for Arabic/English — multi-orientation, preprocessing, best-result scoring — plus a full PDF toolkit (watermark, sign, password-protect) and SQLite full-text search, all on-device with no backend.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Standardized engineering across apps: Clean Architecture with feature-based modules, BLoC/Cubit + GetIt/Injectable, typed Either error handling, offline-first caching with pagination and 3-retry exponential backoff, and isolates/background tasks for OCR, PDF, and audio.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Hardened releases with app flavors, ProGuard/R8, secure storage, environment separation, and Crashlytics crash filtering; published and maintained apps on both Google Play and the Apple App Store.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Android Developer (Kotlin) — University &amp; Independent Projects          2022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"Ana Mubarmej": curated learning tracks for 8 languages, an in-app WebView code console, and auto-graded quizzes with scoring.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Graduation project: a programming-education platform (courses, articles, and runnable code samples).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Windows Application Developer — University Projects               2021 – 2022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Delivered two warehouse-management systems (Faculty of Pharmacy; Faculty of Science / Chemistry) in Windows Forms — both recognized by their deans, with a University of Aleppo Presidency commendation for the latter.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FEATURED PROJECTS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LKLK — Real-time Social Audio Platform (Production, Google Play)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Tech:</w:t>
      </w:r>
      <w:r>
        <w:rPr>
          <w:rFonts w:ascii="Arial" w:hAnsi="Arial" w:cs="Arial"/>
          <w:b w:val="0"/>
          <w:color w:val="0F172A"/>
          <w:sz w:val="22"/>
        </w:rPr>
        <w:t xml:space="preserve"> Flutter · flutter_bloc (Cubit) · GetIt · ZEGOCLOUD · LiveKit · ZIM · Appwrite · Dio · Hive · in_app_purchase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Shipped a production Arabic-market live-audio app (Clubhouse/Yalla category), architected for up to 500 listeners and 20 mic seats per room — surpassed 5,000+ downloads over 80+ iterative releases.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Integrated dual audio SDKs (ZEGOCLOUD ZegoExpress + LiveKit) behind an AudioRepository interface, enabling SDK switchover as a DI change, not a rewrite.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a virtual-gift engine (SVGA + VAP alpha-video) with a queue manager capped at 8 concurrent animations and asset pre-download — eliminating frame drops during gift bursts.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Implemented a coin economy (6 IAP tiers), VIP system, and gamification on a feature-based Clean Architecture with GetIt + global MultiBlocProvider.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Play Store: </w:t>
      </w:r>
      <w:hyperlink r:id="rId13">
        <w:r>
          <w:rPr>
            <w:color w:val="1D4ED8"/>
            <w:u w:val="single"/>
          </w:rPr>
          <w:t>https://play.google.com/store/apps/details?id=com.bwmatbw.lklklivechatapp</w:t>
        </w:r>
      </w:hyperlink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Wolfera — Bilingual Car Marketplace (Production, Google Play + iOS)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Tech:</w:t>
      </w:r>
      <w:r>
        <w:rPr>
          <w:rFonts w:ascii="Arial" w:hAnsi="Arial" w:cs="Arial"/>
          <w:b w:val="0"/>
          <w:color w:val="0F172A"/>
          <w:sz w:val="22"/>
        </w:rPr>
        <w:t xml:space="preserve"> Flutter · Supabase · Firebase (FCM/Crashlytics) · BLoC/Cubit · GoRouter · GetIt + Injectable · Freezed · TFLite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a full AR/EN marketplace for buying, selling, and renting cars (6 rental pricing tiers), with an admin approval workflow enforced by Supabase Postgres Row-Level Security — moderation without a separate web panel.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Implemented multi-provider auth (email, Google, Apple Sign-In with SHA-256 nonce flow) against Supabase, plus real-time buyer-to-seller chat over Supabase Realtime — no third-party messaging SDK.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Shipped on-device TFLite NSFW moderation with a fail-open design, and targeted FCM price-drop alerts that diff six price fields and notify only users who favorited the car.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GitHub:     </w:t>
      </w:r>
      <w:hyperlink r:id="rId14">
        <w:r>
          <w:rPr>
            <w:color w:val="1D4ED8"/>
            <w:u w:val="single"/>
          </w:rPr>
          <w:t>https://github.com/Mohamad-Adib-Tawil/Wolfera</w:t>
        </w:r>
      </w:hyperlink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Play Store: </w:t>
      </w:r>
      <w:hyperlink r:id="rId15">
        <w:r>
          <w:rPr>
            <w:color w:val="1D4ED8"/>
            <w:u w:val="single"/>
          </w:rPr>
          <w:t>https://play.google.com/store/apps/details?id=com.wolfera.wolfera</w:t>
        </w:r>
      </w:hyperlink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Office Archiving — Offline Document Scanning &amp; OCR (Production, Google Play)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Tech:</w:t>
      </w:r>
      <w:r>
        <w:rPr>
          <w:rFonts w:ascii="Arial" w:hAnsi="Arial" w:cs="Arial"/>
          <w:b w:val="0"/>
          <w:color w:val="0F172A"/>
          <w:sz w:val="22"/>
        </w:rPr>
        <w:t xml:space="preserve"> Flutter · flutter_bloc (Cubit) · SQLite (sqflite) · Google ML Kit · Tesseract OCR · pdf · printing · flutter_doc_scanner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Built a fully on-device document manager (no account, no cloud) with a custom multi-candidate OCR engine: runs ML Kit + Tesseract across 4 orientations and 3 preprocessing variants, then scores and selects the best result — reliable extraction on mixed Arabic/English scans.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Shipped a complete PDF toolkit (create, edit, rotate/reorder, watermark, canvas signature, password-protect) and SQLite full-text search across OCR text.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Engineered memory-safe PDF processing (page/DPI/size caps + streamed rasterization) that survives large files on mid-range Android, and additive-only SQLite migrations that never break existing users.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GitHub:     </w:t>
      </w:r>
      <w:hyperlink r:id="rId16">
        <w:r>
          <w:rPr>
            <w:color w:val="1D4ED8"/>
            <w:u w:val="single"/>
          </w:rPr>
          <w:t>https://github.com/Mohamad-Adib-Tawil/office_archiving</w:t>
        </w:r>
      </w:hyperlink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Play Store: </w:t>
      </w:r>
      <w:hyperlink r:id="rId17">
        <w:r>
          <w:rPr>
            <w:color w:val="1D4ED8"/>
            <w:u w:val="single"/>
          </w:rPr>
          <w:t>https://play.google.com/store/apps/details?id=com.werewolf.office_archiving</w:t>
        </w:r>
      </w:hyperlink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Quran Ahmed Karasi — Offline Quran Reader &amp; Audio (Production, iOS + Android)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Tech:</w:t>
      </w:r>
      <w:r>
        <w:rPr>
          <w:rFonts w:ascii="Arial" w:hAnsi="Arial" w:cs="Arial"/>
          <w:b w:val="0"/>
          <w:color w:val="0F172A"/>
          <w:sz w:val="22"/>
        </w:rPr>
        <w:t xml:space="preserve"> Flutter · flutter_bloc (Cubit) · GetIt · just_audio · audio_session · background_downloader · quran_library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Published on both the App Store and Google Play — an offline-capable reader and audio app with Surah/Juz/Hizb navigation and a personal study hub.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Designed an explicit audio state machine (8-phase enum over just_audio streams) with OS audio-focus, speed/repeat/sleep-timer, and stable-phase buffering — no UI flicker while the engine buffers.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Optimized rebuilds with buildWhen/BlocSelector against high-frequency position streams, and added HTTPS + allow-listed-domain validation on every audio URL.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App Store: </w:t>
      </w:r>
      <w:hyperlink r:id="rId18">
        <w:r>
          <w:rPr>
            <w:color w:val="1D4ED8"/>
            <w:u w:val="single"/>
          </w:rPr>
          <w:t>https://apps.apple.com/app/id6759857104</w:t>
        </w:r>
      </w:hyperlink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Play Store: </w:t>
      </w:r>
      <w:hyperlink r:id="rId19">
        <w:r>
          <w:rPr>
            <w:color w:val="1D4ED8"/>
            <w:u w:val="single"/>
          </w:rPr>
          <w:t>https://play.google.com/store/apps/details?id=com.ahmadkarasi.quran</w:t>
        </w:r>
      </w:hyperlink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Code Book — Offline-First Digital Library (Clean Architecture reference)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Tech:</w:t>
      </w:r>
      <w:r>
        <w:rPr>
          <w:rFonts w:ascii="Arial" w:hAnsi="Arial" w:cs="Arial"/>
          <w:b w:val="0"/>
          <w:color w:val="0F172A"/>
          <w:sz w:val="22"/>
        </w:rPr>
        <w:t xml:space="preserve"> Flutter · flutter_bloc (Cubit) · Dio · Google Books API · Hive · GetIt · GoRouter · WebView · dartz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Cross-platform book-discovery app on strict 3-layer Clean Architecture with a generic UseCase&lt;Result, Param&gt; base and dartz Either typed failures.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Offline-first Hive cache (per-category x per-sort isolated boxes) for instant cold-start; every network call retried 3x with exponential backoff.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>Debounced search (400 ms) with multi-dimension filters and infinite scroll, and an in-app WebView reader with HTTPS enforcement on every redirect.</w:t>
      </w:r>
    </w:p>
    <w:p>
      <w:pPr>
        <w:pStyle w:val="ListBullet"/>
        <w:keepLines/>
      </w:pPr>
      <w:r>
        <w:rPr>
          <w:rFonts w:ascii="Arial" w:hAnsi="Arial" w:cs="Arial"/>
          <w:b w:val="0"/>
          <w:color w:val="0F172A"/>
          <w:sz w:val="22"/>
        </w:rPr>
        <w:t xml:space="preserve">GitHub: </w:t>
      </w:r>
      <w:hyperlink r:id="rId20">
        <w:r>
          <w:rPr>
            <w:color w:val="1D4ED8"/>
            <w:u w:val="single"/>
          </w:rPr>
          <w:t>https://github.com/Mohamad-Adib-Tawil/Code-Books-</w:t>
        </w:r>
      </w:hyperlink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EDUCATION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Diploma (2-yr) in Computer Engineering — Focus: Software Engineering University of Aleppo, Aleppo, Syria | 2020 – 2022 | GPA: 82.89%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Coursework:</w:t>
      </w:r>
      <w:r>
        <w:rPr>
          <w:rFonts w:ascii="Arial" w:hAnsi="Arial" w:cs="Arial"/>
          <w:b w:val="0"/>
          <w:color w:val="0F172A"/>
          <w:sz w:val="22"/>
        </w:rPr>
        <w:t xml:space="preserve"> Data Structures, Algorithms, OOP, Database Systems, Software Engineering, C#.</w:t>
      </w:r>
    </w:p>
    <w:p>
      <w:pPr>
        <w:keepLines w:val="0"/>
      </w:pPr>
      <w:r>
        <w:rPr>
          <w:rFonts w:ascii="Arial" w:hAnsi="Arial" w:cs="Arial"/>
          <w:b/>
          <w:color w:val="0F172A"/>
          <w:sz w:val="22"/>
        </w:rPr>
        <w:t>Final Project:</w:t>
      </w:r>
      <w:r>
        <w:rPr>
          <w:rFonts w:ascii="Arial" w:hAnsi="Arial" w:cs="Arial"/>
          <w:b w:val="0"/>
          <w:color w:val="0F172A"/>
          <w:sz w:val="22"/>
        </w:rPr>
        <w:t xml:space="preserve"> Udemy-style programming-education platform (web, Windows, mobile).</w:t>
      </w:r>
    </w:p>
    <w:p>
      <w:pPr>
        <w:pStyle w:val="Heading1"/>
      </w:pPr>
      <w:r>
        <w:rPr>
          <w:rFonts w:ascii="Arial" w:hAnsi="Arial" w:cs="Arial"/>
          <w:b/>
          <w:color w:val="1E40AF"/>
          <w:sz w:val="26"/>
        </w:rPr>
        <w:t>LANGUAGES</w:t>
      </w:r>
    </w:p>
    <w:p>
      <w:pPr>
        <w:keepLines w:val="0"/>
      </w:pPr>
      <w:r>
        <w:rPr>
          <w:rFonts w:ascii="Arial" w:hAnsi="Arial" w:cs="Arial"/>
          <w:b w:val="0"/>
          <w:color w:val="0F172A"/>
          <w:sz w:val="22"/>
        </w:rPr>
        <w:t>Arabic — Native     |     English — Professional working proficiency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/>
        <w:b w:val="0"/>
        <w:color w:val="475569"/>
        <w:sz w:val="17"/>
      </w:rPr>
      <w:t>Mohamad Adib Tawil  •  CV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cs="Arial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E40A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1E40A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1E40A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 w:line="276" w:lineRule="auto"/>
      <w:ind w:left="490" w:hanging="259"/>
      <w:contextualSpacing/>
    </w:pPr>
    <w:rPr>
      <w:rFonts w:ascii="Arial" w:hAnsi="Arial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linkedin.com/in/mohamad-adib-tawil-54024b314/" TargetMode="External"/><Relationship Id="rId11" Type="http://schemas.openxmlformats.org/officeDocument/2006/relationships/hyperlink" Target="https://github.com/Mohamad-Adib-Tawil" TargetMode="External"/><Relationship Id="rId12" Type="http://schemas.openxmlformats.org/officeDocument/2006/relationships/hyperlink" Target="https://mohamad-adib-tawil.github.io/CV" TargetMode="External"/><Relationship Id="rId13" Type="http://schemas.openxmlformats.org/officeDocument/2006/relationships/hyperlink" Target="https://play.google.com/store/apps/details?id=com.bwmatbw.lklklivechatapp" TargetMode="External"/><Relationship Id="rId14" Type="http://schemas.openxmlformats.org/officeDocument/2006/relationships/hyperlink" Target="https://github.com/Mohamad-Adib-Tawil/Wolfera" TargetMode="External"/><Relationship Id="rId15" Type="http://schemas.openxmlformats.org/officeDocument/2006/relationships/hyperlink" Target="https://play.google.com/store/apps/details?id=com.wolfera.wolfera" TargetMode="External"/><Relationship Id="rId16" Type="http://schemas.openxmlformats.org/officeDocument/2006/relationships/hyperlink" Target="https://github.com/Mohamad-Adib-Tawil/office_archiving" TargetMode="External"/><Relationship Id="rId17" Type="http://schemas.openxmlformats.org/officeDocument/2006/relationships/hyperlink" Target="https://play.google.com/store/apps/details?id=com.werewolf.office_archiving" TargetMode="External"/><Relationship Id="rId18" Type="http://schemas.openxmlformats.org/officeDocument/2006/relationships/hyperlink" Target="https://apps.apple.com/app/id6759857104" TargetMode="External"/><Relationship Id="rId19" Type="http://schemas.openxmlformats.org/officeDocument/2006/relationships/hyperlink" Target="https://play.google.com/store/apps/details?id=com.ahmadkarasi.quran" TargetMode="External"/><Relationship Id="rId20" Type="http://schemas.openxmlformats.org/officeDocument/2006/relationships/hyperlink" Target="https://github.com/Mohamad-Adib-Tawil/Code-Books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MOHAMAD ADIB TAWIL - Flutter Developer | Mobile Application Engineer</dc:title>
  <dc:subject>Professional CV</dc:subject>
  <dc:creator>Mohamad Adib Tawil</dc:creator>
  <cp:keywords>Flutter, Dart, Software Engineer, Mobile Developer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